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8AB74" w14:textId="77777777" w:rsidR="00F47C9D" w:rsidRDefault="00000000">
      <w:r>
        <w:rPr>
          <w:noProof/>
        </w:rPr>
        <w:drawing>
          <wp:anchor distT="0" distB="0" distL="114300" distR="114300" simplePos="0" relativeHeight="251658240" behindDoc="1" locked="0" layoutInCell="1" allowOverlap="1" wp14:anchorId="2165C2C2" wp14:editId="026892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56360" cy="1443355"/>
            <wp:effectExtent l="0" t="0" r="0" b="4445"/>
            <wp:wrapTight wrapText="bothSides">
              <wp:wrapPolygon edited="0">
                <wp:start x="0" y="0"/>
                <wp:lineTo x="0" y="21381"/>
                <wp:lineTo x="21236" y="21381"/>
                <wp:lineTo x="212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0ef371-3e2b-4e45-8828-a3656b3bb4c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67E7F" w14:textId="77777777" w:rsidR="00F47C9D" w:rsidRPr="009C72A7" w:rsidRDefault="00000000" w:rsidP="009C72A7">
      <w:pPr>
        <w:pStyle w:val="Titre1"/>
        <w:jc w:val="center"/>
        <w:rPr>
          <w:rFonts w:ascii="Felix Titling" w:hAnsi="Felix Titling"/>
        </w:rPr>
      </w:pPr>
      <w:r w:rsidRPr="009C72A7">
        <w:rPr>
          <w:rFonts w:ascii="Felix Titling" w:hAnsi="Felix Titling"/>
        </w:rPr>
        <w:t>L’ORDRE D’ORBI – FICHE JOUEUR</w:t>
      </w:r>
    </w:p>
    <w:p w14:paraId="59DFA38E" w14:textId="77777777" w:rsidR="00F47C9D" w:rsidRDefault="00000000">
      <w:r>
        <w:t>Aventure pédagogique au Collège des Carrières</w:t>
      </w:r>
    </w:p>
    <w:p w14:paraId="73925B1F" w14:textId="77777777" w:rsidR="00F47C9D" w:rsidRDefault="00000000">
      <w:r>
        <w:t>Nom du joueur : .......................................................</w:t>
      </w:r>
    </w:p>
    <w:p w14:paraId="50BE9A9D" w14:textId="77777777" w:rsidR="00F47C9D" w:rsidRDefault="00000000">
      <w:r>
        <w:t>Points de vie de départ : 50 PV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"/>
        <w:gridCol w:w="1632"/>
        <w:gridCol w:w="930"/>
        <w:gridCol w:w="914"/>
        <w:gridCol w:w="1019"/>
        <w:gridCol w:w="1863"/>
        <w:gridCol w:w="1865"/>
      </w:tblGrid>
      <w:tr w:rsidR="00DE6358" w14:paraId="6BCF2A01" w14:textId="4A1EA67E" w:rsidTr="00DE6358">
        <w:tc>
          <w:tcPr>
            <w:tcW w:w="649" w:type="dxa"/>
          </w:tcPr>
          <w:p w14:paraId="3B3E57AC" w14:textId="77777777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N°</w:t>
            </w:r>
          </w:p>
        </w:tc>
        <w:tc>
          <w:tcPr>
            <w:tcW w:w="1556" w:type="dxa"/>
          </w:tcPr>
          <w:p w14:paraId="61B624C5" w14:textId="77777777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 xml:space="preserve">Pièce </w:t>
            </w:r>
            <w:proofErr w:type="spellStart"/>
            <w:r w:rsidRPr="00DE6358">
              <w:rPr>
                <w:b/>
                <w:bCs/>
              </w:rPr>
              <w:t>visitée</w:t>
            </w:r>
            <w:proofErr w:type="spellEnd"/>
          </w:p>
        </w:tc>
        <w:tc>
          <w:tcPr>
            <w:tcW w:w="875" w:type="dxa"/>
          </w:tcPr>
          <w:p w14:paraId="23AD77C1" w14:textId="77777777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Points perdus</w:t>
            </w:r>
          </w:p>
        </w:tc>
        <w:tc>
          <w:tcPr>
            <w:tcW w:w="866" w:type="dxa"/>
          </w:tcPr>
          <w:p w14:paraId="50D7E6F4" w14:textId="77777777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 xml:space="preserve">Points </w:t>
            </w:r>
            <w:proofErr w:type="spellStart"/>
            <w:r w:rsidRPr="00DE6358">
              <w:rPr>
                <w:b/>
                <w:bCs/>
              </w:rPr>
              <w:t>gagnés</w:t>
            </w:r>
            <w:proofErr w:type="spellEnd"/>
          </w:p>
        </w:tc>
        <w:tc>
          <w:tcPr>
            <w:tcW w:w="1047" w:type="dxa"/>
          </w:tcPr>
          <w:p w14:paraId="05C3EF31" w14:textId="77777777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Total PV</w:t>
            </w:r>
          </w:p>
        </w:tc>
        <w:tc>
          <w:tcPr>
            <w:tcW w:w="1967" w:type="dxa"/>
          </w:tcPr>
          <w:p w14:paraId="48BBE864" w14:textId="77777777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 xml:space="preserve">Ce </w:t>
            </w:r>
            <w:proofErr w:type="spellStart"/>
            <w:r w:rsidRPr="00DE6358">
              <w:rPr>
                <w:b/>
                <w:bCs/>
              </w:rPr>
              <w:t>que</w:t>
            </w:r>
            <w:proofErr w:type="spellEnd"/>
            <w:r w:rsidRPr="00DE6358">
              <w:rPr>
                <w:b/>
                <w:bCs/>
              </w:rPr>
              <w:t xml:space="preserve"> </w:t>
            </w:r>
            <w:proofErr w:type="spellStart"/>
            <w:r w:rsidRPr="00DE6358">
              <w:rPr>
                <w:b/>
                <w:bCs/>
              </w:rPr>
              <w:t>j’ai</w:t>
            </w:r>
            <w:proofErr w:type="spellEnd"/>
            <w:r w:rsidRPr="00DE6358">
              <w:rPr>
                <w:b/>
                <w:bCs/>
              </w:rPr>
              <w:t xml:space="preserve"> </w:t>
            </w:r>
            <w:proofErr w:type="spellStart"/>
            <w:r w:rsidRPr="00DE6358">
              <w:rPr>
                <w:b/>
                <w:bCs/>
              </w:rPr>
              <w:t>appris</w:t>
            </w:r>
            <w:proofErr w:type="spellEnd"/>
          </w:p>
        </w:tc>
        <w:tc>
          <w:tcPr>
            <w:tcW w:w="1896" w:type="dxa"/>
          </w:tcPr>
          <w:p w14:paraId="14E60186" w14:textId="27829FE6" w:rsidR="00DE6358" w:rsidRPr="00DE6358" w:rsidRDefault="00DE6358">
            <w:pPr>
              <w:rPr>
                <w:b/>
                <w:bCs/>
              </w:rPr>
            </w:pPr>
            <w:proofErr w:type="spellStart"/>
            <w:r w:rsidRPr="00DE6358">
              <w:rPr>
                <w:b/>
                <w:bCs/>
              </w:rPr>
              <w:t>Chronomètre</w:t>
            </w:r>
            <w:proofErr w:type="spellEnd"/>
          </w:p>
        </w:tc>
      </w:tr>
      <w:tr w:rsidR="00DE6358" w14:paraId="497351D3" w14:textId="56D52BAC" w:rsidTr="00DE6358">
        <w:tc>
          <w:tcPr>
            <w:tcW w:w="649" w:type="dxa"/>
          </w:tcPr>
          <w:p w14:paraId="6BD0E8B8" w14:textId="688B5724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1</w:t>
            </w:r>
          </w:p>
        </w:tc>
        <w:tc>
          <w:tcPr>
            <w:tcW w:w="1556" w:type="dxa"/>
          </w:tcPr>
          <w:p w14:paraId="487CD1FB" w14:textId="6F6B69D1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 xml:space="preserve">Entrée </w:t>
            </w:r>
            <w:proofErr w:type="spellStart"/>
            <w:r w:rsidRPr="00DE6358">
              <w:rPr>
                <w:b/>
                <w:bCs/>
              </w:rPr>
              <w:t>principale</w:t>
            </w:r>
            <w:proofErr w:type="spellEnd"/>
          </w:p>
        </w:tc>
        <w:tc>
          <w:tcPr>
            <w:tcW w:w="875" w:type="dxa"/>
          </w:tcPr>
          <w:p w14:paraId="77905CD4" w14:textId="77777777" w:rsidR="00DE6358" w:rsidRDefault="00DE6358"/>
        </w:tc>
        <w:tc>
          <w:tcPr>
            <w:tcW w:w="866" w:type="dxa"/>
          </w:tcPr>
          <w:p w14:paraId="78461844" w14:textId="77777777" w:rsidR="00DE6358" w:rsidRDefault="00DE6358"/>
        </w:tc>
        <w:tc>
          <w:tcPr>
            <w:tcW w:w="1047" w:type="dxa"/>
          </w:tcPr>
          <w:p w14:paraId="341DCE3B" w14:textId="77777777" w:rsidR="00DE6358" w:rsidRDefault="00DE6358"/>
        </w:tc>
        <w:tc>
          <w:tcPr>
            <w:tcW w:w="1967" w:type="dxa"/>
          </w:tcPr>
          <w:p w14:paraId="767D8C11" w14:textId="77777777" w:rsidR="00DE6358" w:rsidRDefault="00DE6358"/>
        </w:tc>
        <w:tc>
          <w:tcPr>
            <w:tcW w:w="1896" w:type="dxa"/>
          </w:tcPr>
          <w:p w14:paraId="4AF955F4" w14:textId="77777777" w:rsidR="00DE6358" w:rsidRDefault="00DE6358"/>
        </w:tc>
      </w:tr>
      <w:tr w:rsidR="00DE6358" w14:paraId="6869A5C8" w14:textId="5A633DC4" w:rsidTr="00DE6358">
        <w:tc>
          <w:tcPr>
            <w:tcW w:w="649" w:type="dxa"/>
          </w:tcPr>
          <w:p w14:paraId="058B54DD" w14:textId="05C345BC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2</w:t>
            </w:r>
          </w:p>
        </w:tc>
        <w:tc>
          <w:tcPr>
            <w:tcW w:w="1556" w:type="dxa"/>
          </w:tcPr>
          <w:p w14:paraId="4D43565C" w14:textId="77777777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Hall principal</w:t>
            </w:r>
          </w:p>
        </w:tc>
        <w:tc>
          <w:tcPr>
            <w:tcW w:w="875" w:type="dxa"/>
          </w:tcPr>
          <w:p w14:paraId="2B54EA7B" w14:textId="77777777" w:rsidR="00DE6358" w:rsidRDefault="00DE6358"/>
        </w:tc>
        <w:tc>
          <w:tcPr>
            <w:tcW w:w="866" w:type="dxa"/>
          </w:tcPr>
          <w:p w14:paraId="73B4291A" w14:textId="77777777" w:rsidR="00DE6358" w:rsidRDefault="00DE6358"/>
        </w:tc>
        <w:tc>
          <w:tcPr>
            <w:tcW w:w="1047" w:type="dxa"/>
          </w:tcPr>
          <w:p w14:paraId="6199C207" w14:textId="77777777" w:rsidR="00DE6358" w:rsidRDefault="00DE6358"/>
        </w:tc>
        <w:tc>
          <w:tcPr>
            <w:tcW w:w="1967" w:type="dxa"/>
          </w:tcPr>
          <w:p w14:paraId="62B582D9" w14:textId="77777777" w:rsidR="00DE6358" w:rsidRDefault="00DE6358"/>
        </w:tc>
        <w:tc>
          <w:tcPr>
            <w:tcW w:w="1896" w:type="dxa"/>
          </w:tcPr>
          <w:p w14:paraId="2C457706" w14:textId="77777777" w:rsidR="00DE6358" w:rsidRDefault="00DE6358"/>
        </w:tc>
      </w:tr>
      <w:tr w:rsidR="00DE6358" w14:paraId="5B30D96F" w14:textId="7FF3ED74" w:rsidTr="00DE6358">
        <w:tc>
          <w:tcPr>
            <w:tcW w:w="649" w:type="dxa"/>
          </w:tcPr>
          <w:p w14:paraId="4198F43E" w14:textId="2F56E8D5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3</w:t>
            </w:r>
          </w:p>
        </w:tc>
        <w:tc>
          <w:tcPr>
            <w:tcW w:w="1556" w:type="dxa"/>
          </w:tcPr>
          <w:p w14:paraId="23DEC418" w14:textId="136443C5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Couloir des classes</w:t>
            </w:r>
          </w:p>
        </w:tc>
        <w:tc>
          <w:tcPr>
            <w:tcW w:w="875" w:type="dxa"/>
          </w:tcPr>
          <w:p w14:paraId="341590D4" w14:textId="77777777" w:rsidR="00DE6358" w:rsidRDefault="00DE6358"/>
        </w:tc>
        <w:tc>
          <w:tcPr>
            <w:tcW w:w="866" w:type="dxa"/>
          </w:tcPr>
          <w:p w14:paraId="3A61F320" w14:textId="77777777" w:rsidR="00DE6358" w:rsidRDefault="00DE6358"/>
        </w:tc>
        <w:tc>
          <w:tcPr>
            <w:tcW w:w="1047" w:type="dxa"/>
          </w:tcPr>
          <w:p w14:paraId="5AB8F1DC" w14:textId="77777777" w:rsidR="00DE6358" w:rsidRDefault="00DE6358"/>
        </w:tc>
        <w:tc>
          <w:tcPr>
            <w:tcW w:w="1967" w:type="dxa"/>
          </w:tcPr>
          <w:p w14:paraId="04235998" w14:textId="77777777" w:rsidR="00DE6358" w:rsidRDefault="00DE6358"/>
        </w:tc>
        <w:tc>
          <w:tcPr>
            <w:tcW w:w="1896" w:type="dxa"/>
          </w:tcPr>
          <w:p w14:paraId="4BE977E5" w14:textId="77777777" w:rsidR="00DE6358" w:rsidRDefault="00DE6358"/>
        </w:tc>
      </w:tr>
      <w:tr w:rsidR="00DE6358" w14:paraId="671A84CC" w14:textId="56A976AA" w:rsidTr="00DE6358">
        <w:tc>
          <w:tcPr>
            <w:tcW w:w="649" w:type="dxa"/>
          </w:tcPr>
          <w:p w14:paraId="0FD43BD5" w14:textId="342EFB50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4</w:t>
            </w:r>
          </w:p>
        </w:tc>
        <w:tc>
          <w:tcPr>
            <w:tcW w:w="1556" w:type="dxa"/>
          </w:tcPr>
          <w:p w14:paraId="5C082109" w14:textId="27B3CBE7" w:rsidR="00DE6358" w:rsidRPr="00DE6358" w:rsidRDefault="00DE6358">
            <w:pPr>
              <w:rPr>
                <w:b/>
                <w:bCs/>
              </w:rPr>
            </w:pPr>
            <w:proofErr w:type="spellStart"/>
            <w:r w:rsidRPr="00DE6358">
              <w:rPr>
                <w:b/>
                <w:bCs/>
              </w:rPr>
              <w:t>Laboratoire</w:t>
            </w:r>
            <w:proofErr w:type="spellEnd"/>
          </w:p>
        </w:tc>
        <w:tc>
          <w:tcPr>
            <w:tcW w:w="875" w:type="dxa"/>
          </w:tcPr>
          <w:p w14:paraId="3EE83B20" w14:textId="77777777" w:rsidR="00DE6358" w:rsidRDefault="00DE6358"/>
        </w:tc>
        <w:tc>
          <w:tcPr>
            <w:tcW w:w="866" w:type="dxa"/>
          </w:tcPr>
          <w:p w14:paraId="6E3100D5" w14:textId="77777777" w:rsidR="00DE6358" w:rsidRDefault="00DE6358"/>
        </w:tc>
        <w:tc>
          <w:tcPr>
            <w:tcW w:w="1047" w:type="dxa"/>
          </w:tcPr>
          <w:p w14:paraId="68F9CCC9" w14:textId="77777777" w:rsidR="00DE6358" w:rsidRDefault="00DE6358"/>
        </w:tc>
        <w:tc>
          <w:tcPr>
            <w:tcW w:w="1967" w:type="dxa"/>
          </w:tcPr>
          <w:p w14:paraId="523219F4" w14:textId="77777777" w:rsidR="00DE6358" w:rsidRDefault="00DE6358"/>
        </w:tc>
        <w:tc>
          <w:tcPr>
            <w:tcW w:w="1896" w:type="dxa"/>
          </w:tcPr>
          <w:p w14:paraId="3E3A35DE" w14:textId="77777777" w:rsidR="00DE6358" w:rsidRDefault="00DE6358"/>
        </w:tc>
      </w:tr>
      <w:tr w:rsidR="00DE6358" w14:paraId="35C00D01" w14:textId="5A3164E2" w:rsidTr="00DE6358">
        <w:tc>
          <w:tcPr>
            <w:tcW w:w="649" w:type="dxa"/>
          </w:tcPr>
          <w:p w14:paraId="3809D986" w14:textId="0C9369FA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5</w:t>
            </w:r>
          </w:p>
        </w:tc>
        <w:tc>
          <w:tcPr>
            <w:tcW w:w="1556" w:type="dxa"/>
          </w:tcPr>
          <w:p w14:paraId="6CEACAC9" w14:textId="64810E7D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 xml:space="preserve">Local </w:t>
            </w:r>
            <w:proofErr w:type="spellStart"/>
            <w:r w:rsidRPr="00DE6358">
              <w:rPr>
                <w:b/>
                <w:bCs/>
              </w:rPr>
              <w:t>d’Art</w:t>
            </w:r>
            <w:proofErr w:type="spellEnd"/>
            <w:r w:rsidRPr="00DE6358">
              <w:rPr>
                <w:b/>
                <w:bCs/>
              </w:rPr>
              <w:t xml:space="preserve"> et de musique</w:t>
            </w:r>
          </w:p>
        </w:tc>
        <w:tc>
          <w:tcPr>
            <w:tcW w:w="875" w:type="dxa"/>
          </w:tcPr>
          <w:p w14:paraId="06726A73" w14:textId="77777777" w:rsidR="00DE6358" w:rsidRDefault="00DE6358"/>
        </w:tc>
        <w:tc>
          <w:tcPr>
            <w:tcW w:w="866" w:type="dxa"/>
          </w:tcPr>
          <w:p w14:paraId="6E6A60C4" w14:textId="77777777" w:rsidR="00DE6358" w:rsidRDefault="00DE6358"/>
        </w:tc>
        <w:tc>
          <w:tcPr>
            <w:tcW w:w="1047" w:type="dxa"/>
          </w:tcPr>
          <w:p w14:paraId="020F38BE" w14:textId="77777777" w:rsidR="00DE6358" w:rsidRDefault="00DE6358"/>
        </w:tc>
        <w:tc>
          <w:tcPr>
            <w:tcW w:w="1967" w:type="dxa"/>
          </w:tcPr>
          <w:p w14:paraId="1D00761E" w14:textId="77777777" w:rsidR="00DE6358" w:rsidRDefault="00DE6358"/>
        </w:tc>
        <w:tc>
          <w:tcPr>
            <w:tcW w:w="1896" w:type="dxa"/>
          </w:tcPr>
          <w:p w14:paraId="33F806C6" w14:textId="77777777" w:rsidR="00DE6358" w:rsidRDefault="00DE6358"/>
        </w:tc>
      </w:tr>
      <w:tr w:rsidR="00DE6358" w14:paraId="7FE02F28" w14:textId="4D289725" w:rsidTr="00DE6358">
        <w:tc>
          <w:tcPr>
            <w:tcW w:w="649" w:type="dxa"/>
          </w:tcPr>
          <w:p w14:paraId="23BFC15F" w14:textId="14E16DE0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6</w:t>
            </w:r>
          </w:p>
        </w:tc>
        <w:tc>
          <w:tcPr>
            <w:tcW w:w="1556" w:type="dxa"/>
          </w:tcPr>
          <w:p w14:paraId="0E6A2378" w14:textId="046FECEE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Salle des sports</w:t>
            </w:r>
          </w:p>
        </w:tc>
        <w:tc>
          <w:tcPr>
            <w:tcW w:w="875" w:type="dxa"/>
          </w:tcPr>
          <w:p w14:paraId="18DF70C9" w14:textId="77777777" w:rsidR="00DE6358" w:rsidRDefault="00DE6358"/>
        </w:tc>
        <w:tc>
          <w:tcPr>
            <w:tcW w:w="866" w:type="dxa"/>
          </w:tcPr>
          <w:p w14:paraId="4EF69FB7" w14:textId="77777777" w:rsidR="00DE6358" w:rsidRDefault="00DE6358"/>
        </w:tc>
        <w:tc>
          <w:tcPr>
            <w:tcW w:w="1047" w:type="dxa"/>
          </w:tcPr>
          <w:p w14:paraId="665A215F" w14:textId="77777777" w:rsidR="00DE6358" w:rsidRDefault="00DE6358"/>
        </w:tc>
        <w:tc>
          <w:tcPr>
            <w:tcW w:w="1967" w:type="dxa"/>
          </w:tcPr>
          <w:p w14:paraId="2ABF16F3" w14:textId="77777777" w:rsidR="00DE6358" w:rsidRDefault="00DE6358"/>
        </w:tc>
        <w:tc>
          <w:tcPr>
            <w:tcW w:w="1896" w:type="dxa"/>
          </w:tcPr>
          <w:p w14:paraId="293B4FA4" w14:textId="77777777" w:rsidR="00DE6358" w:rsidRDefault="00DE6358"/>
        </w:tc>
      </w:tr>
      <w:tr w:rsidR="00DE6358" w14:paraId="02A5394F" w14:textId="636B2150" w:rsidTr="00DE6358">
        <w:tc>
          <w:tcPr>
            <w:tcW w:w="649" w:type="dxa"/>
          </w:tcPr>
          <w:p w14:paraId="567E0B4A" w14:textId="2740FA40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7</w:t>
            </w:r>
          </w:p>
        </w:tc>
        <w:tc>
          <w:tcPr>
            <w:tcW w:w="1556" w:type="dxa"/>
          </w:tcPr>
          <w:p w14:paraId="3C83F62B" w14:textId="7F88ED42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Couloir de direction</w:t>
            </w:r>
          </w:p>
        </w:tc>
        <w:tc>
          <w:tcPr>
            <w:tcW w:w="875" w:type="dxa"/>
          </w:tcPr>
          <w:p w14:paraId="2D8792C2" w14:textId="77777777" w:rsidR="00DE6358" w:rsidRDefault="00DE6358"/>
        </w:tc>
        <w:tc>
          <w:tcPr>
            <w:tcW w:w="866" w:type="dxa"/>
          </w:tcPr>
          <w:p w14:paraId="4515ECBA" w14:textId="77777777" w:rsidR="00DE6358" w:rsidRDefault="00DE6358"/>
        </w:tc>
        <w:tc>
          <w:tcPr>
            <w:tcW w:w="1047" w:type="dxa"/>
          </w:tcPr>
          <w:p w14:paraId="752763A6" w14:textId="77777777" w:rsidR="00DE6358" w:rsidRDefault="00DE6358"/>
        </w:tc>
        <w:tc>
          <w:tcPr>
            <w:tcW w:w="1967" w:type="dxa"/>
          </w:tcPr>
          <w:p w14:paraId="0326CD78" w14:textId="77777777" w:rsidR="00DE6358" w:rsidRDefault="00DE6358"/>
        </w:tc>
        <w:tc>
          <w:tcPr>
            <w:tcW w:w="1896" w:type="dxa"/>
          </w:tcPr>
          <w:p w14:paraId="1FE9F8FE" w14:textId="77777777" w:rsidR="00DE6358" w:rsidRDefault="00DE6358"/>
        </w:tc>
      </w:tr>
      <w:tr w:rsidR="00DE6358" w14:paraId="71A232B3" w14:textId="6E01F692" w:rsidTr="00DE6358">
        <w:tc>
          <w:tcPr>
            <w:tcW w:w="649" w:type="dxa"/>
          </w:tcPr>
          <w:p w14:paraId="17942E79" w14:textId="1571739A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8</w:t>
            </w:r>
          </w:p>
        </w:tc>
        <w:tc>
          <w:tcPr>
            <w:tcW w:w="1556" w:type="dxa"/>
          </w:tcPr>
          <w:p w14:paraId="2AC786DC" w14:textId="494B6785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 xml:space="preserve">Local </w:t>
            </w:r>
            <w:proofErr w:type="spellStart"/>
            <w:r w:rsidRPr="00DE6358">
              <w:rPr>
                <w:b/>
                <w:bCs/>
              </w:rPr>
              <w:t>d’entretien</w:t>
            </w:r>
            <w:proofErr w:type="spellEnd"/>
          </w:p>
        </w:tc>
        <w:tc>
          <w:tcPr>
            <w:tcW w:w="875" w:type="dxa"/>
          </w:tcPr>
          <w:p w14:paraId="438D6CE6" w14:textId="77777777" w:rsidR="00DE6358" w:rsidRDefault="00DE6358"/>
        </w:tc>
        <w:tc>
          <w:tcPr>
            <w:tcW w:w="866" w:type="dxa"/>
          </w:tcPr>
          <w:p w14:paraId="2397860E" w14:textId="77777777" w:rsidR="00DE6358" w:rsidRDefault="00DE6358"/>
        </w:tc>
        <w:tc>
          <w:tcPr>
            <w:tcW w:w="1047" w:type="dxa"/>
          </w:tcPr>
          <w:p w14:paraId="06FE7A0A" w14:textId="77777777" w:rsidR="00DE6358" w:rsidRDefault="00DE6358"/>
        </w:tc>
        <w:tc>
          <w:tcPr>
            <w:tcW w:w="1967" w:type="dxa"/>
          </w:tcPr>
          <w:p w14:paraId="6B9C98E3" w14:textId="77777777" w:rsidR="00DE6358" w:rsidRDefault="00DE6358"/>
        </w:tc>
        <w:tc>
          <w:tcPr>
            <w:tcW w:w="1896" w:type="dxa"/>
          </w:tcPr>
          <w:p w14:paraId="5C5D381F" w14:textId="77777777" w:rsidR="00DE6358" w:rsidRDefault="00DE6358"/>
        </w:tc>
      </w:tr>
      <w:tr w:rsidR="00DE6358" w14:paraId="18108407" w14:textId="7F3EEB7A" w:rsidTr="00DE6358">
        <w:tc>
          <w:tcPr>
            <w:tcW w:w="649" w:type="dxa"/>
          </w:tcPr>
          <w:p w14:paraId="767FEF24" w14:textId="2DEB1387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9</w:t>
            </w:r>
          </w:p>
        </w:tc>
        <w:tc>
          <w:tcPr>
            <w:tcW w:w="1556" w:type="dxa"/>
          </w:tcPr>
          <w:p w14:paraId="25062A7F" w14:textId="3EC44E41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Bureau de direction</w:t>
            </w:r>
          </w:p>
        </w:tc>
        <w:tc>
          <w:tcPr>
            <w:tcW w:w="875" w:type="dxa"/>
          </w:tcPr>
          <w:p w14:paraId="78990BB2" w14:textId="77777777" w:rsidR="00DE6358" w:rsidRDefault="00DE6358"/>
        </w:tc>
        <w:tc>
          <w:tcPr>
            <w:tcW w:w="866" w:type="dxa"/>
          </w:tcPr>
          <w:p w14:paraId="2262A965" w14:textId="77777777" w:rsidR="00DE6358" w:rsidRDefault="00DE6358"/>
        </w:tc>
        <w:tc>
          <w:tcPr>
            <w:tcW w:w="1047" w:type="dxa"/>
          </w:tcPr>
          <w:p w14:paraId="3E0959BD" w14:textId="77777777" w:rsidR="00DE6358" w:rsidRDefault="00DE6358"/>
        </w:tc>
        <w:tc>
          <w:tcPr>
            <w:tcW w:w="1967" w:type="dxa"/>
          </w:tcPr>
          <w:p w14:paraId="07C47D88" w14:textId="77777777" w:rsidR="00DE6358" w:rsidRDefault="00DE6358"/>
        </w:tc>
        <w:tc>
          <w:tcPr>
            <w:tcW w:w="1896" w:type="dxa"/>
          </w:tcPr>
          <w:p w14:paraId="2BDCAEF1" w14:textId="77777777" w:rsidR="00DE6358" w:rsidRDefault="00DE6358"/>
        </w:tc>
      </w:tr>
      <w:tr w:rsidR="00DE6358" w14:paraId="1828A2A4" w14:textId="4C3024B3" w:rsidTr="00DE6358">
        <w:tc>
          <w:tcPr>
            <w:tcW w:w="649" w:type="dxa"/>
          </w:tcPr>
          <w:p w14:paraId="4CA5CE2B" w14:textId="0271D666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10</w:t>
            </w:r>
          </w:p>
        </w:tc>
        <w:tc>
          <w:tcPr>
            <w:tcW w:w="1556" w:type="dxa"/>
          </w:tcPr>
          <w:p w14:paraId="0FE3285B" w14:textId="14D73CF1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 xml:space="preserve">Couloir </w:t>
            </w:r>
            <w:proofErr w:type="spellStart"/>
            <w:r w:rsidRPr="00DE6358">
              <w:rPr>
                <w:b/>
                <w:bCs/>
              </w:rPr>
              <w:t>d’internat</w:t>
            </w:r>
            <w:proofErr w:type="spellEnd"/>
          </w:p>
        </w:tc>
        <w:tc>
          <w:tcPr>
            <w:tcW w:w="875" w:type="dxa"/>
          </w:tcPr>
          <w:p w14:paraId="188FF1A5" w14:textId="77777777" w:rsidR="00DE6358" w:rsidRDefault="00DE6358"/>
        </w:tc>
        <w:tc>
          <w:tcPr>
            <w:tcW w:w="866" w:type="dxa"/>
          </w:tcPr>
          <w:p w14:paraId="6535FE76" w14:textId="77777777" w:rsidR="00DE6358" w:rsidRDefault="00DE6358"/>
        </w:tc>
        <w:tc>
          <w:tcPr>
            <w:tcW w:w="1047" w:type="dxa"/>
          </w:tcPr>
          <w:p w14:paraId="636FE58F" w14:textId="77777777" w:rsidR="00DE6358" w:rsidRDefault="00DE6358"/>
        </w:tc>
        <w:tc>
          <w:tcPr>
            <w:tcW w:w="1967" w:type="dxa"/>
          </w:tcPr>
          <w:p w14:paraId="56C67FFB" w14:textId="77777777" w:rsidR="00DE6358" w:rsidRDefault="00DE6358"/>
        </w:tc>
        <w:tc>
          <w:tcPr>
            <w:tcW w:w="1896" w:type="dxa"/>
          </w:tcPr>
          <w:p w14:paraId="6DFCB600" w14:textId="77777777" w:rsidR="00DE6358" w:rsidRDefault="00DE6358"/>
        </w:tc>
      </w:tr>
      <w:tr w:rsidR="00DE6358" w14:paraId="0DDA37EE" w14:textId="12DF0913" w:rsidTr="00DE6358">
        <w:tc>
          <w:tcPr>
            <w:tcW w:w="649" w:type="dxa"/>
          </w:tcPr>
          <w:p w14:paraId="69F43AFA" w14:textId="3B2B8300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11</w:t>
            </w:r>
          </w:p>
        </w:tc>
        <w:tc>
          <w:tcPr>
            <w:tcW w:w="1556" w:type="dxa"/>
          </w:tcPr>
          <w:p w14:paraId="59877B03" w14:textId="365B766A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Potager</w:t>
            </w:r>
          </w:p>
        </w:tc>
        <w:tc>
          <w:tcPr>
            <w:tcW w:w="875" w:type="dxa"/>
          </w:tcPr>
          <w:p w14:paraId="3D86F509" w14:textId="77777777" w:rsidR="00DE6358" w:rsidRDefault="00DE6358"/>
        </w:tc>
        <w:tc>
          <w:tcPr>
            <w:tcW w:w="866" w:type="dxa"/>
          </w:tcPr>
          <w:p w14:paraId="7D733707" w14:textId="77777777" w:rsidR="00DE6358" w:rsidRDefault="00DE6358"/>
        </w:tc>
        <w:tc>
          <w:tcPr>
            <w:tcW w:w="1047" w:type="dxa"/>
          </w:tcPr>
          <w:p w14:paraId="481302CD" w14:textId="77777777" w:rsidR="00DE6358" w:rsidRDefault="00DE6358"/>
        </w:tc>
        <w:tc>
          <w:tcPr>
            <w:tcW w:w="1967" w:type="dxa"/>
          </w:tcPr>
          <w:p w14:paraId="1C5F44AC" w14:textId="77777777" w:rsidR="00DE6358" w:rsidRDefault="00DE6358"/>
        </w:tc>
        <w:tc>
          <w:tcPr>
            <w:tcW w:w="1896" w:type="dxa"/>
          </w:tcPr>
          <w:p w14:paraId="116BE71C" w14:textId="77777777" w:rsidR="00DE6358" w:rsidRDefault="00DE6358"/>
        </w:tc>
      </w:tr>
      <w:tr w:rsidR="00DE6358" w14:paraId="312C933B" w14:textId="738DE267" w:rsidTr="00DE6358">
        <w:tc>
          <w:tcPr>
            <w:tcW w:w="649" w:type="dxa"/>
          </w:tcPr>
          <w:p w14:paraId="07A056D8" w14:textId="267F8A97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12</w:t>
            </w:r>
          </w:p>
        </w:tc>
        <w:tc>
          <w:tcPr>
            <w:tcW w:w="1556" w:type="dxa"/>
          </w:tcPr>
          <w:p w14:paraId="2D30447B" w14:textId="4B21102B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Chapelle</w:t>
            </w:r>
          </w:p>
        </w:tc>
        <w:tc>
          <w:tcPr>
            <w:tcW w:w="875" w:type="dxa"/>
          </w:tcPr>
          <w:p w14:paraId="2FBFFC60" w14:textId="77777777" w:rsidR="00DE6358" w:rsidRDefault="00DE6358"/>
        </w:tc>
        <w:tc>
          <w:tcPr>
            <w:tcW w:w="866" w:type="dxa"/>
          </w:tcPr>
          <w:p w14:paraId="7341B29B" w14:textId="77777777" w:rsidR="00DE6358" w:rsidRDefault="00DE6358"/>
        </w:tc>
        <w:tc>
          <w:tcPr>
            <w:tcW w:w="1047" w:type="dxa"/>
          </w:tcPr>
          <w:p w14:paraId="3A6DEC4E" w14:textId="77777777" w:rsidR="00DE6358" w:rsidRDefault="00DE6358"/>
        </w:tc>
        <w:tc>
          <w:tcPr>
            <w:tcW w:w="1967" w:type="dxa"/>
          </w:tcPr>
          <w:p w14:paraId="260F39E3" w14:textId="77777777" w:rsidR="00DE6358" w:rsidRDefault="00DE6358"/>
        </w:tc>
        <w:tc>
          <w:tcPr>
            <w:tcW w:w="1896" w:type="dxa"/>
          </w:tcPr>
          <w:p w14:paraId="25338354" w14:textId="77777777" w:rsidR="00DE6358" w:rsidRDefault="00DE6358"/>
        </w:tc>
      </w:tr>
      <w:tr w:rsidR="00DE6358" w14:paraId="7DFDA7E1" w14:textId="4441F55F" w:rsidTr="00DE6358">
        <w:tc>
          <w:tcPr>
            <w:tcW w:w="649" w:type="dxa"/>
          </w:tcPr>
          <w:p w14:paraId="16190924" w14:textId="0F66814D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13</w:t>
            </w:r>
          </w:p>
        </w:tc>
        <w:tc>
          <w:tcPr>
            <w:tcW w:w="1556" w:type="dxa"/>
          </w:tcPr>
          <w:p w14:paraId="59806139" w14:textId="7BBF5E51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Bibliothèque</w:t>
            </w:r>
          </w:p>
        </w:tc>
        <w:tc>
          <w:tcPr>
            <w:tcW w:w="875" w:type="dxa"/>
          </w:tcPr>
          <w:p w14:paraId="2D1EBBEC" w14:textId="77777777" w:rsidR="00DE6358" w:rsidRDefault="00DE6358"/>
        </w:tc>
        <w:tc>
          <w:tcPr>
            <w:tcW w:w="866" w:type="dxa"/>
          </w:tcPr>
          <w:p w14:paraId="0F1C1C03" w14:textId="77777777" w:rsidR="00DE6358" w:rsidRDefault="00DE6358"/>
        </w:tc>
        <w:tc>
          <w:tcPr>
            <w:tcW w:w="1047" w:type="dxa"/>
          </w:tcPr>
          <w:p w14:paraId="446B594F" w14:textId="77777777" w:rsidR="00DE6358" w:rsidRDefault="00DE6358"/>
        </w:tc>
        <w:tc>
          <w:tcPr>
            <w:tcW w:w="1967" w:type="dxa"/>
          </w:tcPr>
          <w:p w14:paraId="654E0AB5" w14:textId="77777777" w:rsidR="00DE6358" w:rsidRDefault="00DE6358"/>
        </w:tc>
        <w:tc>
          <w:tcPr>
            <w:tcW w:w="1896" w:type="dxa"/>
          </w:tcPr>
          <w:p w14:paraId="316F1EC5" w14:textId="77777777" w:rsidR="00DE6358" w:rsidRDefault="00DE6358"/>
        </w:tc>
      </w:tr>
      <w:tr w:rsidR="00DE6358" w14:paraId="3D992614" w14:textId="0EFC3C91" w:rsidTr="00DE6358">
        <w:tc>
          <w:tcPr>
            <w:tcW w:w="649" w:type="dxa"/>
          </w:tcPr>
          <w:p w14:paraId="071E52AF" w14:textId="136434E7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14</w:t>
            </w:r>
          </w:p>
        </w:tc>
        <w:tc>
          <w:tcPr>
            <w:tcW w:w="1556" w:type="dxa"/>
          </w:tcPr>
          <w:p w14:paraId="3156C570" w14:textId="5A6ACFC1" w:rsidR="00DE6358" w:rsidRPr="00DE6358" w:rsidRDefault="00DE6358">
            <w:pPr>
              <w:rPr>
                <w:b/>
                <w:bCs/>
              </w:rPr>
            </w:pPr>
            <w:proofErr w:type="spellStart"/>
            <w:r w:rsidRPr="00DE6358">
              <w:rPr>
                <w:b/>
                <w:bCs/>
              </w:rPr>
              <w:t>Infirmerie</w:t>
            </w:r>
            <w:proofErr w:type="spellEnd"/>
            <w:r w:rsidRPr="00DE6358">
              <w:rPr>
                <w:b/>
                <w:bCs/>
              </w:rPr>
              <w:t xml:space="preserve"> </w:t>
            </w:r>
          </w:p>
        </w:tc>
        <w:tc>
          <w:tcPr>
            <w:tcW w:w="875" w:type="dxa"/>
          </w:tcPr>
          <w:p w14:paraId="68E12690" w14:textId="77777777" w:rsidR="00DE6358" w:rsidRDefault="00DE6358"/>
        </w:tc>
        <w:tc>
          <w:tcPr>
            <w:tcW w:w="866" w:type="dxa"/>
          </w:tcPr>
          <w:p w14:paraId="20914A17" w14:textId="77777777" w:rsidR="00DE6358" w:rsidRDefault="00DE6358"/>
        </w:tc>
        <w:tc>
          <w:tcPr>
            <w:tcW w:w="1047" w:type="dxa"/>
          </w:tcPr>
          <w:p w14:paraId="00D41DCA" w14:textId="77777777" w:rsidR="00DE6358" w:rsidRDefault="00DE6358"/>
        </w:tc>
        <w:tc>
          <w:tcPr>
            <w:tcW w:w="1967" w:type="dxa"/>
          </w:tcPr>
          <w:p w14:paraId="64878228" w14:textId="77777777" w:rsidR="00DE6358" w:rsidRDefault="00DE6358"/>
        </w:tc>
        <w:tc>
          <w:tcPr>
            <w:tcW w:w="1896" w:type="dxa"/>
          </w:tcPr>
          <w:p w14:paraId="7DAC47B6" w14:textId="77777777" w:rsidR="00DE6358" w:rsidRDefault="00DE6358"/>
        </w:tc>
      </w:tr>
      <w:tr w:rsidR="00DE6358" w14:paraId="372B7E9C" w14:textId="5548046E" w:rsidTr="00DE6358">
        <w:tc>
          <w:tcPr>
            <w:tcW w:w="649" w:type="dxa"/>
          </w:tcPr>
          <w:p w14:paraId="3756A1A3" w14:textId="2EDAF16A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lastRenderedPageBreak/>
              <w:t>15</w:t>
            </w:r>
          </w:p>
        </w:tc>
        <w:tc>
          <w:tcPr>
            <w:tcW w:w="1556" w:type="dxa"/>
          </w:tcPr>
          <w:p w14:paraId="1183B1ED" w14:textId="52D2B6C3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 xml:space="preserve">Salle </w:t>
            </w:r>
            <w:proofErr w:type="spellStart"/>
            <w:r w:rsidRPr="00DE6358">
              <w:rPr>
                <w:b/>
                <w:bCs/>
              </w:rPr>
              <w:t>d’études</w:t>
            </w:r>
            <w:proofErr w:type="spellEnd"/>
          </w:p>
        </w:tc>
        <w:tc>
          <w:tcPr>
            <w:tcW w:w="875" w:type="dxa"/>
          </w:tcPr>
          <w:p w14:paraId="044D7E0F" w14:textId="77777777" w:rsidR="00DE6358" w:rsidRDefault="00DE6358"/>
        </w:tc>
        <w:tc>
          <w:tcPr>
            <w:tcW w:w="866" w:type="dxa"/>
          </w:tcPr>
          <w:p w14:paraId="2BE9B854" w14:textId="77777777" w:rsidR="00DE6358" w:rsidRDefault="00DE6358"/>
        </w:tc>
        <w:tc>
          <w:tcPr>
            <w:tcW w:w="1047" w:type="dxa"/>
          </w:tcPr>
          <w:p w14:paraId="40512ECE" w14:textId="77777777" w:rsidR="00DE6358" w:rsidRDefault="00DE6358"/>
        </w:tc>
        <w:tc>
          <w:tcPr>
            <w:tcW w:w="1967" w:type="dxa"/>
          </w:tcPr>
          <w:p w14:paraId="057D68D6" w14:textId="77777777" w:rsidR="00DE6358" w:rsidRDefault="00DE6358"/>
        </w:tc>
        <w:tc>
          <w:tcPr>
            <w:tcW w:w="1896" w:type="dxa"/>
          </w:tcPr>
          <w:p w14:paraId="46DEDEC8" w14:textId="77777777" w:rsidR="00DE6358" w:rsidRDefault="00DE6358"/>
        </w:tc>
      </w:tr>
      <w:tr w:rsidR="00DE6358" w14:paraId="38265325" w14:textId="6F156AEE" w:rsidTr="00DE6358">
        <w:tc>
          <w:tcPr>
            <w:tcW w:w="649" w:type="dxa"/>
          </w:tcPr>
          <w:p w14:paraId="1AA4E83D" w14:textId="70E59F70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16</w:t>
            </w:r>
          </w:p>
        </w:tc>
        <w:tc>
          <w:tcPr>
            <w:tcW w:w="1556" w:type="dxa"/>
          </w:tcPr>
          <w:p w14:paraId="436E1D2A" w14:textId="77151C1E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Salle de détente</w:t>
            </w:r>
          </w:p>
        </w:tc>
        <w:tc>
          <w:tcPr>
            <w:tcW w:w="875" w:type="dxa"/>
          </w:tcPr>
          <w:p w14:paraId="7261A627" w14:textId="77777777" w:rsidR="00DE6358" w:rsidRDefault="00DE6358"/>
        </w:tc>
        <w:tc>
          <w:tcPr>
            <w:tcW w:w="866" w:type="dxa"/>
          </w:tcPr>
          <w:p w14:paraId="27301477" w14:textId="77777777" w:rsidR="00DE6358" w:rsidRDefault="00DE6358"/>
        </w:tc>
        <w:tc>
          <w:tcPr>
            <w:tcW w:w="1047" w:type="dxa"/>
          </w:tcPr>
          <w:p w14:paraId="7A8DDB17" w14:textId="77777777" w:rsidR="00DE6358" w:rsidRDefault="00DE6358"/>
        </w:tc>
        <w:tc>
          <w:tcPr>
            <w:tcW w:w="1967" w:type="dxa"/>
          </w:tcPr>
          <w:p w14:paraId="2F1AF499" w14:textId="77777777" w:rsidR="00DE6358" w:rsidRDefault="00DE6358"/>
        </w:tc>
        <w:tc>
          <w:tcPr>
            <w:tcW w:w="1896" w:type="dxa"/>
          </w:tcPr>
          <w:p w14:paraId="23B42938" w14:textId="77777777" w:rsidR="00DE6358" w:rsidRDefault="00DE6358"/>
        </w:tc>
      </w:tr>
      <w:tr w:rsidR="00DE6358" w14:paraId="5266762E" w14:textId="519E0D74" w:rsidTr="00DE6358">
        <w:tc>
          <w:tcPr>
            <w:tcW w:w="649" w:type="dxa"/>
          </w:tcPr>
          <w:p w14:paraId="315089CF" w14:textId="2BB10356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17</w:t>
            </w:r>
          </w:p>
        </w:tc>
        <w:tc>
          <w:tcPr>
            <w:tcW w:w="1556" w:type="dxa"/>
          </w:tcPr>
          <w:p w14:paraId="79C39C18" w14:textId="36533CC3" w:rsidR="00DE6358" w:rsidRPr="00DE6358" w:rsidRDefault="00DE6358">
            <w:pPr>
              <w:rPr>
                <w:b/>
                <w:bCs/>
              </w:rPr>
            </w:pPr>
            <w:proofErr w:type="spellStart"/>
            <w:r w:rsidRPr="00DE6358">
              <w:rPr>
                <w:b/>
                <w:bCs/>
              </w:rPr>
              <w:t>Réfectoire</w:t>
            </w:r>
            <w:proofErr w:type="spellEnd"/>
          </w:p>
        </w:tc>
        <w:tc>
          <w:tcPr>
            <w:tcW w:w="875" w:type="dxa"/>
          </w:tcPr>
          <w:p w14:paraId="60483303" w14:textId="77777777" w:rsidR="00DE6358" w:rsidRDefault="00DE6358"/>
        </w:tc>
        <w:tc>
          <w:tcPr>
            <w:tcW w:w="866" w:type="dxa"/>
          </w:tcPr>
          <w:p w14:paraId="4CD9E251" w14:textId="77777777" w:rsidR="00DE6358" w:rsidRDefault="00DE6358"/>
        </w:tc>
        <w:tc>
          <w:tcPr>
            <w:tcW w:w="1047" w:type="dxa"/>
          </w:tcPr>
          <w:p w14:paraId="5DCC0A4D" w14:textId="77777777" w:rsidR="00DE6358" w:rsidRDefault="00DE6358"/>
        </w:tc>
        <w:tc>
          <w:tcPr>
            <w:tcW w:w="1967" w:type="dxa"/>
          </w:tcPr>
          <w:p w14:paraId="77B413BF" w14:textId="77777777" w:rsidR="00DE6358" w:rsidRDefault="00DE6358"/>
        </w:tc>
        <w:tc>
          <w:tcPr>
            <w:tcW w:w="1896" w:type="dxa"/>
          </w:tcPr>
          <w:p w14:paraId="3776F940" w14:textId="77777777" w:rsidR="00DE6358" w:rsidRDefault="00DE6358"/>
        </w:tc>
      </w:tr>
      <w:tr w:rsidR="00DE6358" w14:paraId="03F8E2A3" w14:textId="6A44EB7B" w:rsidTr="00DE6358">
        <w:tc>
          <w:tcPr>
            <w:tcW w:w="649" w:type="dxa"/>
          </w:tcPr>
          <w:p w14:paraId="3FD09CDA" w14:textId="7D73B4C6" w:rsidR="00DE6358" w:rsidRPr="00DE6358" w:rsidRDefault="00DE6358">
            <w:pPr>
              <w:rPr>
                <w:b/>
                <w:bCs/>
              </w:rPr>
            </w:pPr>
            <w:r w:rsidRPr="00DE6358">
              <w:rPr>
                <w:b/>
                <w:bCs/>
              </w:rPr>
              <w:t>18</w:t>
            </w:r>
          </w:p>
        </w:tc>
        <w:tc>
          <w:tcPr>
            <w:tcW w:w="1556" w:type="dxa"/>
          </w:tcPr>
          <w:p w14:paraId="411E1E61" w14:textId="793B0713" w:rsidR="00DE6358" w:rsidRPr="00DE6358" w:rsidRDefault="00DE6358">
            <w:pPr>
              <w:rPr>
                <w:b/>
                <w:bCs/>
              </w:rPr>
            </w:pPr>
            <w:proofErr w:type="spellStart"/>
            <w:r w:rsidRPr="00DE6358">
              <w:rPr>
                <w:b/>
                <w:bCs/>
              </w:rPr>
              <w:t>Amphithéâtre</w:t>
            </w:r>
            <w:proofErr w:type="spellEnd"/>
          </w:p>
        </w:tc>
        <w:tc>
          <w:tcPr>
            <w:tcW w:w="875" w:type="dxa"/>
          </w:tcPr>
          <w:p w14:paraId="3B803825" w14:textId="77777777" w:rsidR="00DE6358" w:rsidRDefault="00DE6358"/>
        </w:tc>
        <w:tc>
          <w:tcPr>
            <w:tcW w:w="866" w:type="dxa"/>
          </w:tcPr>
          <w:p w14:paraId="40F6B32A" w14:textId="77777777" w:rsidR="00DE6358" w:rsidRDefault="00DE6358"/>
        </w:tc>
        <w:tc>
          <w:tcPr>
            <w:tcW w:w="1047" w:type="dxa"/>
          </w:tcPr>
          <w:p w14:paraId="53443649" w14:textId="77777777" w:rsidR="00DE6358" w:rsidRDefault="00DE6358"/>
        </w:tc>
        <w:tc>
          <w:tcPr>
            <w:tcW w:w="1967" w:type="dxa"/>
          </w:tcPr>
          <w:p w14:paraId="7AE37B2A" w14:textId="77777777" w:rsidR="00DE6358" w:rsidRDefault="00DE6358"/>
        </w:tc>
        <w:tc>
          <w:tcPr>
            <w:tcW w:w="1896" w:type="dxa"/>
          </w:tcPr>
          <w:p w14:paraId="710AC8B7" w14:textId="77777777" w:rsidR="00DE6358" w:rsidRDefault="00DE6358"/>
        </w:tc>
      </w:tr>
    </w:tbl>
    <w:p w14:paraId="4CF9ACC4" w14:textId="77777777" w:rsidR="00444133" w:rsidRDefault="00444133"/>
    <w:sectPr w:rsidR="0044413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27034724">
    <w:abstractNumId w:val="8"/>
  </w:num>
  <w:num w:numId="2" w16cid:durableId="175465542">
    <w:abstractNumId w:val="6"/>
  </w:num>
  <w:num w:numId="3" w16cid:durableId="959148728">
    <w:abstractNumId w:val="5"/>
  </w:num>
  <w:num w:numId="4" w16cid:durableId="244191791">
    <w:abstractNumId w:val="4"/>
  </w:num>
  <w:num w:numId="5" w16cid:durableId="1718047869">
    <w:abstractNumId w:val="7"/>
  </w:num>
  <w:num w:numId="6" w16cid:durableId="121921558">
    <w:abstractNumId w:val="3"/>
  </w:num>
  <w:num w:numId="7" w16cid:durableId="412092168">
    <w:abstractNumId w:val="2"/>
  </w:num>
  <w:num w:numId="8" w16cid:durableId="1771313935">
    <w:abstractNumId w:val="1"/>
  </w:num>
  <w:num w:numId="9" w16cid:durableId="1081413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44133"/>
    <w:rsid w:val="005F4075"/>
    <w:rsid w:val="009836FF"/>
    <w:rsid w:val="009C72A7"/>
    <w:rsid w:val="00AA1D8D"/>
    <w:rsid w:val="00B47730"/>
    <w:rsid w:val="00CB0664"/>
    <w:rsid w:val="00D85459"/>
    <w:rsid w:val="00DE6358"/>
    <w:rsid w:val="00F47C9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0C7812"/>
  <w14:defaultImageDpi w14:val="300"/>
  <w15:docId w15:val="{E76DB223-E467-45F7-BFC1-483FA2EAA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103</Words>
  <Characters>603</Characters>
  <Application>Microsoft Office Word</Application>
  <DocSecurity>0</DocSecurity>
  <Lines>19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Renaud Keymeulen</cp:lastModifiedBy>
  <cp:revision>3</cp:revision>
  <dcterms:created xsi:type="dcterms:W3CDTF">2025-12-13T11:42:00Z</dcterms:created>
  <dcterms:modified xsi:type="dcterms:W3CDTF">2025-12-13T19:06:00Z</dcterms:modified>
  <cp:category/>
</cp:coreProperties>
</file>